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Убогову Никите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