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Бедианашвили Наталье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