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«Сибирская Аграрная Группа»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