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«Опелла»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"Опелла" (подробнее) Ответчики: УФНС Калининградской области (подробнее) Иные лица: МИФНС России по Северо-Западному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