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«Дортэкс»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Первый заместитель прокурора Краснодарского края (подробнее) Прокуратура Краснодарского края (подробнее) Ответчики: Администрация Краснострельского сельского поселения Темрюкского района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