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Бондаренко Сергею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