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антимонопольной службы по Республике Крым и городу Севастополю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МЕЖРЕГИОНАЛЬНОЕ УПРАВЛЕНИЕ ФЕДЕРАЛЬНОЙ АНТИМОНОПОЛЬНОЙ СЛУЖБЫ ПО РЕСПУБЛИКЕ КРЫМ И ГОРОДУ СЕВАСТОПОЛЮ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