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ГОСУДАРСТВЕННОЕ КАЗЕННОЕ УЧРЕЖДЕНИЕ ГОРОДА МОСКВЫ "ТЕХНИЧЕСКИЙ ЦЕНТР ДЕПАРТАМЕНТА КУЛЬТУРЫ ГОРОДА МОСКВЫ"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