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тарифов и энергетики Псковской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тарифов и энергетики Псковской области (подробнее) Ответчики: ФАС России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