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СК «Аврора»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СК "АВРОРА" (подробнее) Федеральное бюджетное учреждение науки "Нижегородский научно-исследовательский институт эпидемиологии и микробиологии им. академика И.Н. Блохиной" Федеральной службы по надзору в сфере защиты прав потребителей и благополучия человека (подробнее) Ответчики: Федеральное бюджетное учреждение науки "Нижегородский научно-исследовательский институт эпидемиологии и микробиологии им. академика И.Н.Блохиной" (подробнее) Иные лица: АНО Центр экспертиз ТПП НО (подробнее) ООО ВОЭК (подробнее) ООО экц истина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