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«Диозор 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налоговой службы по Волгоградской области (подробнее) Ответчики: ООО "ДИОЗОР ЮГ"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