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«Аналитическая Мануфактура»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"АНАЛИТИЧЕСКАЯ МАНУФАКТУРА" (подробнее) Ответчики: Инспекция Федеральной налоговой службы №31 по г. Москве (подробнее) Иные лица: ПРОКУРАТУРА Г.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