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Национальной ассоциации морских агентов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НАЦИОНАЛЬНАЯ АССОЦИАЦИЯ МОРСКИХ АГЕНТОВ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