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«Сеновен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"ДОРОЖНОЕ ЭКСПЛУАТАЦИОННОЕ ПРЕДПРИЯТИЕ №103" (подробнее) Ответчики: ООО СЕНОВЕН РУС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