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Савельев Андрей Евгеньевич (подробнее) Ответчики: Межрегиональное территориальное управление Федеральной службы по надзору в сфере транспорта по Уральскому федеральному округу (подробнее) ФЕДЕРАЛЬНАЯ СЛУЖБА ПО НАДЗОРУ В СФЕРЕ ТРАНСПОРТА (подробнее) Иные лица: 8 ААС (подробнее) Арбитражный суд Западно-Сибирского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