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Центральной акцизной таможне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"КАЛИНИНГРАДСКИЙ МОТОЗАВОД" (подробнее) Ответчики: Центральная Акцизная таможня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