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и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В/У Елена Фурс Семенов П.Ф. (подробнее) ООО "ЕЛЕНА ФУРС" (подробнее) Ответчики: ИНСПЕКЦИЯ МИНИСТЕРСТВА РОССИЙСКОЙ ФЕДЕРАЦИИ ПО НАЛОГАМ И СБОРАМ №4 ПО ЦЕНТРАЛЬНОМУ АДМИНИСТРАТИВНОМУ ОКРУГУ Г. МОСКВЫ (подробнее) ИФНС №4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