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«Базовые металлы»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"Базовые металлы" (подробнее) Ответчики: ООО ТД "Небесный дракон"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