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«Метеор»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казенное учреждение города Москвы "Организатор перевозок"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