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«Киевский Жилсервис»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МУП МУНИЦИПАЛЬНОГО ОБРАЗОВАНИЯ ГОРОДСКОЙ ОКРУГ СИМФЕРОПОЛЬ РЕСПУБЛИКИ КРЫМ "КИЕВСКИЙ ЖИЛСЕРВИС" (подробнее) Ответчики: Инспекция по жилищному надзору Республики Крым (подробнее) Иные лица: Федюк Юрий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