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государственной ветеринарной инспекции Приморского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