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судебных актов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«Вест-Тер»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