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«Мегаполис-продукт»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