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Истцы: ООО "ЭКСТО" (подробнее) Ответчики: Федеральная таможенная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