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«Самарский завод «Коммунар»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предприятие "Самарский завод "Коммунар" (подробнее) Ответчики: Межрегиональное Управление Федеральной службы по надзору в сфере природопользования по Самарской и Ульяновской областям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