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Микрокредитная компания «Гостевой займ»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МИКРОКРЕДИТНАЯ КОМПАНИЯ "ГОСТЕВОЙ ЗАЙМ" (подробнее) Иные лица: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