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по испытаниям, внедрению, сертификации продукции, стандартизации и метрологии»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ПЕРВЫЙ ЗАМЕСТИТЕЛЬ ПРОКУРОРА ВОЛГОГРАДСКОЙ ОБЛАСТИ В ИНТЕРЕСАХ ПУБЛИЧНО-ПРАВОВОГО ОБРАЗОВАНИЯ-ГОРОДСКОГО ОКРУГА-ГОРОД ВОЛЖСКИЙ ВОЛГОГРАДСКОЙ ОБЛАСТИ В ЛИЦЕ АДМИНИСТРАЦИИ ГОРОДСКОГО ОКРУГА-ГОРОДА ВОЛЖСКИЙ ВОЛГОГРАДСКОЙ ОБЛАСТИ (подробнее) Ответчики: Комитет по обеспечению жизнедеятельности города Администрации городского округа - город Волжский Волгоградской области (подробнее) ООО "Центр по испытаниям, внедрению, сертификации продукции, стандартизации и метрологии" (подробнее) Иные лица: Прокуратура Волгоградской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