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«Красногорский участок»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"Красногорский участок" (подробнее) Ответчики: Межрегиональная инспекция Федеральной налоговой службы по Приволжскому федеральному округу (подробнее) УФНС по Удмуртской Республике (подробнее) Иные лица: ФНС РОССИИ г.Москва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