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08 июля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«Блэйд-Сервис»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