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«Бебиг»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"Бебиг" (подробнее) Ответчики: Тюменская таможня (подробнее) Иные лица: 8ААС (подробнее) Арбитражный суд Западно-Сибирского округа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