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по строительству, ремонту и содержанию автомобильных дорог и инженерных сооружений «Новосибирскавтодор»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Новосибирской области "Территориальное управление автомобильных дорог Новосибирской области" (подробнее) Ответчики: АО ПО СТРОИТЕЛЬСТВУ, РЕМОНТУ И СОДЕРЖАНИЮ АВТОМОБИЛЬНЫХ ДОРОГ И ИНЖЕНЕРНЫХ СООРУЖЕНИЙ "Новосибирскавтодор" (подробнее) Иные лица: АНО Агентство Судебных Экспертиз "СтройТехЭксперт" (подробнее)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