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"ПАССАЖИРСКОЕ АВТОТРАНСПОРТНОЕ ПРЕДПРИЯТИЕ №1 ГОРОДА ЯРОСЛАВЛЯ" (подробнее) Ответчики: МИНИСТЕРСТВО ФИНАНСОВ ЯРОСЛАВСКОЙ ОБЛАСТИ (подробнее) Управление Министерства внутренних дел Российской Федерации по Ярославской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