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казённому учреждению «Следственный изолятор № 5 Управления Федеральной службы исполнения наказания по Волгоградской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"СЛЕДСТВЕННЫЙ ИЗОЛЯТОР №5 УПРАВЛЕНИЯ ФЕДЕРАЛЬНОЙ СЛУЖБЫ ИСПОЛНЕНИЯ НАКАЗАНИЙ ПО ВОЛГОГРАДСКОЙ ОБЛАСТИ" (подробнее) Ответчики: Управление Федеральной антимонопольной службы по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