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«БиКо-Центр»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"УК "БиКо-Центр" (подробнее) Ответчики: Инспекция строительного и жилищного надзора Алтайского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