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казначейству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Санкт-ПетербургСКОЕ ГОСУДАРСТВЕННОЕ БЮДЖЕТНОЕ УЧРЕЖДЕНИЕ КУЛЬТУРЫ "ЦЕНТРАЛИЗОВАННАЯ БИБЛИОТЕЧНАЯ СИСТЕМА КАЛИНИНСКОГО РАЙОНА" (подробнее) Ответчики: Федеральное казначейство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