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ГОРОДА МОСКВЫ "ДИРЕКЦИЯ ПО КООРДИНАЦИИ ДЕЯТЕЛЬНОСТИ МЕДИЦИНСКИХ ОРГАНИЗАЦИЙ ДЕПАРТАМЕНТА ЗДРАВООХРАНЕНИЯ ГОРОДА МОСКВЫ"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