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«Юго-Западное»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