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"СПЕЦТЕХНИКА" (подробнее) Ответчики: АО "АльфаСтрахование" (подробнее) Иные лица: АНО "Научно-исследовательский институт точных измерений и судебных экспертиз" (подробнее) ООО "Независимый Центр Экспертизы и Оценки"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