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«Газпромнефть-Ямал»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