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по недропользованию по Северо-Кавказскому федеральному округу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"Агропромэнерго" (подробнее) Федеральное агентство по недропользованию (подробнее) Ответчики: Департамент по недропользованию по Северо-Кавказскому Федеральному округу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