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 апреля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«Новый город»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