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Территориальное управление федерального агентства по управлению государственным имуществом в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