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«Служба механизации»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"Совкомбанк Страхование" (подробнее) Ответчики: АО "Служба механизации"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