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7 апреля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«Локомотив Сервис»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