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«Юрал Минералс»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