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«Маслоэкстракционный завод Юг Руси»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