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«ПМК-98»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Страховое ВСК (подробнее) Ответчики: АО ПМК-98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