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муниципального образования Приморско-Ахтарского муниципального округа Краснодарского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Администрация Приморско-Ахтарского городского поселения Приморско-Ахтарского района (подробнее) Ответчики: Контрольно-счетная палата Краснодарского края (подробнее) Иные лица: Администрация муниципального образования Приморско-Ахтарский муниципальный округ Краснодарского края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