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образовательному учреждению дополнительного профессионального образования Инженерный центр «Техника»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