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дорожного хозяйства Приморского края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